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34B" w:rsidRDefault="0024234B">
      <w:pPr>
        <w:rPr>
          <w:sz w:val="28"/>
          <w:szCs w:val="28"/>
        </w:rPr>
      </w:pPr>
    </w:p>
    <w:p w:rsidR="00FF596F" w:rsidRPr="0024234B" w:rsidRDefault="00C84B85">
      <w:pPr>
        <w:rPr>
          <w:sz w:val="28"/>
          <w:szCs w:val="28"/>
        </w:rPr>
      </w:pPr>
      <w:r w:rsidRPr="0024234B">
        <w:rPr>
          <w:sz w:val="28"/>
          <w:szCs w:val="28"/>
        </w:rPr>
        <w:t>ANEXO II – DECLARAÇÃO DE AUSÊNCIA DE CONFLITO DE INTERESSES</w:t>
      </w:r>
    </w:p>
    <w:p w:rsidR="00FF596F" w:rsidRDefault="00FF596F"/>
    <w:p w:rsidR="00FF596F" w:rsidRPr="0024234B" w:rsidRDefault="00C84B85" w:rsidP="0024234B">
      <w:pPr>
        <w:spacing w:line="360" w:lineRule="auto"/>
        <w:rPr>
          <w:sz w:val="24"/>
          <w:szCs w:val="24"/>
        </w:rPr>
      </w:pPr>
      <w:r w:rsidRPr="0024234B">
        <w:rPr>
          <w:sz w:val="24"/>
          <w:szCs w:val="24"/>
        </w:rPr>
        <w:t xml:space="preserve">Eu, ____________________________________________, CPF nº ____________________________, declaro, sob as </w:t>
      </w:r>
      <w:proofErr w:type="spellStart"/>
      <w:r w:rsidRPr="0024234B">
        <w:rPr>
          <w:sz w:val="24"/>
          <w:szCs w:val="24"/>
        </w:rPr>
        <w:t>penas</w:t>
      </w:r>
      <w:proofErr w:type="spellEnd"/>
      <w:r w:rsidRPr="0024234B">
        <w:rPr>
          <w:sz w:val="24"/>
          <w:szCs w:val="24"/>
        </w:rPr>
        <w:t xml:space="preserve"> da lei,</w:t>
      </w:r>
      <w:r w:rsidR="0024234B">
        <w:rPr>
          <w:sz w:val="24"/>
          <w:szCs w:val="24"/>
        </w:rPr>
        <w:t xml:space="preserve"> </w:t>
      </w:r>
      <w:r w:rsidRPr="0024234B">
        <w:rPr>
          <w:sz w:val="24"/>
          <w:szCs w:val="24"/>
        </w:rPr>
        <w:t xml:space="preserve">que não possuo vínculo empregatício, contratual ou funcional com a Fundação Cultural de Itajaí ou com a </w:t>
      </w:r>
      <w:proofErr w:type="spellStart"/>
      <w:r w:rsidRPr="0024234B">
        <w:rPr>
          <w:sz w:val="24"/>
          <w:szCs w:val="24"/>
        </w:rPr>
        <w:t>Prefeitura</w:t>
      </w:r>
      <w:proofErr w:type="spellEnd"/>
      <w:r w:rsidRPr="0024234B">
        <w:rPr>
          <w:sz w:val="24"/>
          <w:szCs w:val="24"/>
        </w:rPr>
        <w:t xml:space="preserve"> Municipal de Itajaí,</w:t>
      </w:r>
      <w:r w:rsidR="0024234B">
        <w:rPr>
          <w:sz w:val="24"/>
          <w:szCs w:val="24"/>
        </w:rPr>
        <w:t xml:space="preserve"> </w:t>
      </w:r>
      <w:proofErr w:type="spellStart"/>
      <w:r w:rsidRPr="0024234B">
        <w:rPr>
          <w:sz w:val="24"/>
          <w:szCs w:val="24"/>
        </w:rPr>
        <w:t>não</w:t>
      </w:r>
      <w:proofErr w:type="spellEnd"/>
      <w:r w:rsidRPr="0024234B">
        <w:rPr>
          <w:sz w:val="24"/>
          <w:szCs w:val="24"/>
        </w:rPr>
        <w:t xml:space="preserve"> </w:t>
      </w:r>
      <w:proofErr w:type="spellStart"/>
      <w:r w:rsidRPr="0024234B">
        <w:rPr>
          <w:sz w:val="24"/>
          <w:szCs w:val="24"/>
        </w:rPr>
        <w:t>sou</w:t>
      </w:r>
      <w:proofErr w:type="spellEnd"/>
      <w:r w:rsidRPr="0024234B">
        <w:rPr>
          <w:sz w:val="24"/>
          <w:szCs w:val="24"/>
        </w:rPr>
        <w:t xml:space="preserve"> </w:t>
      </w:r>
      <w:proofErr w:type="spellStart"/>
      <w:r w:rsidRPr="0024234B">
        <w:rPr>
          <w:sz w:val="24"/>
          <w:szCs w:val="24"/>
        </w:rPr>
        <w:t>membro</w:t>
      </w:r>
      <w:proofErr w:type="spellEnd"/>
      <w:r w:rsidRPr="0024234B">
        <w:rPr>
          <w:sz w:val="24"/>
          <w:szCs w:val="24"/>
        </w:rPr>
        <w:t xml:space="preserve"> da Comissão Julgadora, nem possuo parentesco até o segundo grau com seus integrantes.</w:t>
      </w:r>
    </w:p>
    <w:p w:rsidR="00FF596F" w:rsidRPr="0024234B" w:rsidRDefault="00C84B85" w:rsidP="0024234B">
      <w:pPr>
        <w:spacing w:line="360" w:lineRule="auto"/>
        <w:rPr>
          <w:sz w:val="24"/>
          <w:szCs w:val="24"/>
        </w:rPr>
      </w:pPr>
      <w:proofErr w:type="spellStart"/>
      <w:r w:rsidRPr="0024234B">
        <w:rPr>
          <w:sz w:val="24"/>
          <w:szCs w:val="24"/>
        </w:rPr>
        <w:t>Declaro</w:t>
      </w:r>
      <w:proofErr w:type="spellEnd"/>
      <w:r w:rsidRPr="0024234B">
        <w:rPr>
          <w:sz w:val="24"/>
          <w:szCs w:val="24"/>
        </w:rPr>
        <w:t xml:space="preserve"> ainda que não me enquadro em nenhuma das hipóteses de impedimento previstas no </w:t>
      </w:r>
      <w:proofErr w:type="spellStart"/>
      <w:r w:rsidRPr="0024234B">
        <w:rPr>
          <w:sz w:val="24"/>
          <w:szCs w:val="24"/>
        </w:rPr>
        <w:t>Edital</w:t>
      </w:r>
      <w:proofErr w:type="spellEnd"/>
      <w:r w:rsidRPr="0024234B">
        <w:rPr>
          <w:sz w:val="24"/>
          <w:szCs w:val="24"/>
        </w:rPr>
        <w:t xml:space="preserve"> nº 00</w:t>
      </w:r>
      <w:r w:rsidR="0024234B">
        <w:rPr>
          <w:sz w:val="24"/>
          <w:szCs w:val="24"/>
        </w:rPr>
        <w:t>2</w:t>
      </w:r>
      <w:r w:rsidRPr="0024234B">
        <w:rPr>
          <w:sz w:val="24"/>
          <w:szCs w:val="24"/>
        </w:rPr>
        <w:t>/2026/FCI,</w:t>
      </w:r>
      <w:r w:rsidR="0024234B">
        <w:rPr>
          <w:sz w:val="24"/>
          <w:szCs w:val="24"/>
        </w:rPr>
        <w:t xml:space="preserve"> </w:t>
      </w:r>
      <w:proofErr w:type="spellStart"/>
      <w:r w:rsidRPr="0024234B">
        <w:rPr>
          <w:sz w:val="24"/>
          <w:szCs w:val="24"/>
        </w:rPr>
        <w:t>comprometendo</w:t>
      </w:r>
      <w:proofErr w:type="spellEnd"/>
      <w:r w:rsidRPr="0024234B">
        <w:rPr>
          <w:sz w:val="24"/>
          <w:szCs w:val="24"/>
        </w:rPr>
        <w:t xml:space="preserve">-me a </w:t>
      </w:r>
      <w:proofErr w:type="spellStart"/>
      <w:r w:rsidRPr="0024234B">
        <w:rPr>
          <w:sz w:val="24"/>
          <w:szCs w:val="24"/>
        </w:rPr>
        <w:t>comunicar</w:t>
      </w:r>
      <w:proofErr w:type="spellEnd"/>
      <w:r w:rsidRPr="0024234B">
        <w:rPr>
          <w:sz w:val="24"/>
          <w:szCs w:val="24"/>
        </w:rPr>
        <w:t xml:space="preserve"> </w:t>
      </w:r>
      <w:proofErr w:type="spellStart"/>
      <w:r w:rsidRPr="0024234B">
        <w:rPr>
          <w:sz w:val="24"/>
          <w:szCs w:val="24"/>
        </w:rPr>
        <w:t>qualquer</w:t>
      </w:r>
      <w:proofErr w:type="spellEnd"/>
      <w:r w:rsidRPr="0024234B">
        <w:rPr>
          <w:sz w:val="24"/>
          <w:szCs w:val="24"/>
        </w:rPr>
        <w:t xml:space="preserve"> fato superveniente que configure conflito de interesses.</w:t>
      </w:r>
    </w:p>
    <w:p w:rsidR="00FF596F" w:rsidRPr="0024234B" w:rsidRDefault="00FF596F">
      <w:pPr>
        <w:rPr>
          <w:sz w:val="24"/>
          <w:szCs w:val="24"/>
        </w:rPr>
      </w:pPr>
    </w:p>
    <w:p w:rsidR="00FF596F" w:rsidRPr="0024234B" w:rsidRDefault="00C84B85">
      <w:pPr>
        <w:rPr>
          <w:sz w:val="24"/>
          <w:szCs w:val="24"/>
        </w:rPr>
      </w:pPr>
      <w:r w:rsidRPr="0024234B">
        <w:rPr>
          <w:sz w:val="24"/>
          <w:szCs w:val="24"/>
        </w:rPr>
        <w:t>Itajaí (SC), ____ de ____________________ de 2026.</w:t>
      </w:r>
    </w:p>
    <w:p w:rsidR="00FF596F" w:rsidRDefault="00FF596F">
      <w:pPr>
        <w:rPr>
          <w:sz w:val="24"/>
          <w:szCs w:val="24"/>
        </w:rPr>
      </w:pPr>
    </w:p>
    <w:p w:rsidR="0024234B" w:rsidRPr="0024234B" w:rsidRDefault="0024234B">
      <w:pPr>
        <w:rPr>
          <w:sz w:val="24"/>
          <w:szCs w:val="24"/>
        </w:rPr>
      </w:pPr>
    </w:p>
    <w:p w:rsidR="00FF596F" w:rsidRPr="0024234B" w:rsidRDefault="00C84B85" w:rsidP="0024234B">
      <w:pPr>
        <w:jc w:val="center"/>
        <w:rPr>
          <w:sz w:val="24"/>
          <w:szCs w:val="24"/>
        </w:rPr>
      </w:pPr>
      <w:r w:rsidRPr="0024234B">
        <w:rPr>
          <w:sz w:val="24"/>
          <w:szCs w:val="24"/>
        </w:rPr>
        <w:t>____________________________________________</w:t>
      </w:r>
    </w:p>
    <w:p w:rsidR="00FF596F" w:rsidRPr="0024234B" w:rsidRDefault="00C84B85" w:rsidP="0024234B">
      <w:pPr>
        <w:jc w:val="center"/>
        <w:rPr>
          <w:sz w:val="24"/>
          <w:szCs w:val="24"/>
        </w:rPr>
      </w:pPr>
      <w:r w:rsidRPr="0024234B">
        <w:rPr>
          <w:sz w:val="24"/>
          <w:szCs w:val="24"/>
        </w:rPr>
        <w:t xml:space="preserve">Assinatura </w:t>
      </w:r>
      <w:proofErr w:type="gramStart"/>
      <w:r w:rsidRPr="0024234B">
        <w:rPr>
          <w:sz w:val="24"/>
          <w:szCs w:val="24"/>
        </w:rPr>
        <w:t>do(</w:t>
      </w:r>
      <w:proofErr w:type="gramEnd"/>
      <w:r w:rsidRPr="0024234B">
        <w:rPr>
          <w:sz w:val="24"/>
          <w:szCs w:val="24"/>
        </w:rPr>
        <w:t>a) participante</w:t>
      </w:r>
    </w:p>
    <w:p w:rsidR="0024234B" w:rsidRDefault="0024234B"/>
    <w:p w:rsidR="0024234B" w:rsidRPr="0024234B" w:rsidRDefault="0024234B" w:rsidP="0024234B"/>
    <w:p w:rsidR="0024234B" w:rsidRPr="0024234B" w:rsidRDefault="0024234B" w:rsidP="0024234B">
      <w:bookmarkStart w:id="0" w:name="_GoBack"/>
      <w:bookmarkEnd w:id="0"/>
    </w:p>
    <w:p w:rsidR="0024234B" w:rsidRPr="0024234B" w:rsidRDefault="0024234B" w:rsidP="0024234B"/>
    <w:p w:rsidR="0024234B" w:rsidRPr="0024234B" w:rsidRDefault="0024234B" w:rsidP="0024234B"/>
    <w:p w:rsidR="0024234B" w:rsidRDefault="0024234B" w:rsidP="0024234B"/>
    <w:p w:rsidR="00FF596F" w:rsidRPr="0024234B" w:rsidRDefault="0024234B" w:rsidP="0024234B">
      <w:pPr>
        <w:ind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E37BF9" wp14:editId="1D17E690">
            <wp:simplePos x="0" y="0"/>
            <wp:positionH relativeFrom="column">
              <wp:posOffset>0</wp:posOffset>
            </wp:positionH>
            <wp:positionV relativeFrom="paragraph">
              <wp:posOffset>-1398270</wp:posOffset>
            </wp:positionV>
            <wp:extent cx="1917700" cy="1917700"/>
            <wp:effectExtent l="0" t="0" r="6350" b="6350"/>
            <wp:wrapThrough wrapText="bothSides">
              <wp:wrapPolygon edited="0">
                <wp:start x="858" y="0"/>
                <wp:lineTo x="0" y="429"/>
                <wp:lineTo x="0" y="20813"/>
                <wp:lineTo x="644" y="21457"/>
                <wp:lineTo x="858" y="21457"/>
                <wp:lineTo x="20599" y="21457"/>
                <wp:lineTo x="20813" y="21457"/>
                <wp:lineTo x="21457" y="20813"/>
                <wp:lineTo x="21457" y="429"/>
                <wp:lineTo x="20599" y="0"/>
                <wp:lineTo x="858" y="0"/>
              </wp:wrapPolygon>
            </wp:wrapThrough>
            <wp:docPr id="1" name="Imagem 1" descr="C:\Users\Usuário\Downloads\LOGO OFICIAL CARNAVAL PAPA-SIRI 2026 alta resolu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ownloads\LOGO OFICIAL CARNAVAL PAPA-SIRI 2026 alta resoluçã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96F" w:rsidRPr="0024234B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61C" w:rsidRDefault="0077061C" w:rsidP="0024234B">
      <w:pPr>
        <w:spacing w:after="0" w:line="240" w:lineRule="auto"/>
      </w:pPr>
      <w:r>
        <w:separator/>
      </w:r>
    </w:p>
  </w:endnote>
  <w:endnote w:type="continuationSeparator" w:id="0">
    <w:p w:rsidR="0077061C" w:rsidRDefault="0077061C" w:rsidP="00242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61C" w:rsidRDefault="0077061C" w:rsidP="0024234B">
      <w:pPr>
        <w:spacing w:after="0" w:line="240" w:lineRule="auto"/>
      </w:pPr>
      <w:r>
        <w:separator/>
      </w:r>
    </w:p>
  </w:footnote>
  <w:footnote w:type="continuationSeparator" w:id="0">
    <w:p w:rsidR="0077061C" w:rsidRDefault="0077061C" w:rsidP="00242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34B" w:rsidRDefault="0024234B">
    <w:pPr>
      <w:pStyle w:val="Cabealho"/>
    </w:pPr>
    <w:r w:rsidRPr="00CD2745">
      <w:rPr>
        <w:rFonts w:ascii="Arial" w:hAnsi="Arial" w:cs="Arial"/>
        <w:b/>
        <w:noProof/>
        <w:sz w:val="24"/>
        <w:szCs w:val="24"/>
        <w:lang w:val="pt-BR" w:eastAsia="pt-BR"/>
      </w:rPr>
      <w:drawing>
        <wp:anchor distT="0" distB="0" distL="0" distR="0" simplePos="0" relativeHeight="251659264" behindDoc="1" locked="0" layoutInCell="1" allowOverlap="1" wp14:anchorId="48C39F1D" wp14:editId="13BBF048">
          <wp:simplePos x="0" y="0"/>
          <wp:positionH relativeFrom="margin">
            <wp:posOffset>1925904</wp:posOffset>
          </wp:positionH>
          <wp:positionV relativeFrom="paragraph">
            <wp:posOffset>-250769</wp:posOffset>
          </wp:positionV>
          <wp:extent cx="1323975" cy="628650"/>
          <wp:effectExtent l="0" t="0" r="9525" b="0"/>
          <wp:wrapTopAndBottom/>
          <wp:docPr id="11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397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4234B"/>
    <w:rsid w:val="0029639D"/>
    <w:rsid w:val="00326F90"/>
    <w:rsid w:val="0077061C"/>
    <w:rsid w:val="00AA1D8D"/>
    <w:rsid w:val="00B47730"/>
    <w:rsid w:val="00C84B85"/>
    <w:rsid w:val="00CB0664"/>
    <w:rsid w:val="00FC693F"/>
    <w:rsid w:val="00FF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CCE3E6"/>
  <w14:defaultImageDpi w14:val="300"/>
  <w15:docId w15:val="{E80328FE-92E3-463C-AE60-DE1017FE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2E908D-BDC7-4924-83D3-2D40328D6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Usuário</cp:lastModifiedBy>
  <cp:revision>3</cp:revision>
  <dcterms:created xsi:type="dcterms:W3CDTF">2026-01-09T16:36:00Z</dcterms:created>
  <dcterms:modified xsi:type="dcterms:W3CDTF">2026-01-10T12:54:00Z</dcterms:modified>
  <cp:category/>
</cp:coreProperties>
</file>