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BB5" w:rsidRDefault="00BA4BB5" w:rsidP="00BA4BB5">
      <w:pPr>
        <w:jc w:val="center"/>
        <w:rPr>
          <w:b/>
          <w:sz w:val="24"/>
          <w:szCs w:val="24"/>
        </w:rPr>
      </w:pPr>
    </w:p>
    <w:p w:rsidR="00EA7255" w:rsidRPr="00BA4BB5" w:rsidRDefault="00F949DA" w:rsidP="00BA4BB5">
      <w:pPr>
        <w:jc w:val="center"/>
        <w:rPr>
          <w:b/>
          <w:sz w:val="24"/>
          <w:szCs w:val="24"/>
        </w:rPr>
      </w:pPr>
      <w:r w:rsidRPr="00BA4BB5">
        <w:rPr>
          <w:b/>
          <w:sz w:val="24"/>
          <w:szCs w:val="24"/>
        </w:rPr>
        <w:t>ANEXO III – DECLARAÇÃO DE CIÊNCIA E CONCORDÂNCIA COM O EDITAL</w:t>
      </w:r>
    </w:p>
    <w:p w:rsidR="00EA7255" w:rsidRDefault="00EA7255"/>
    <w:p w:rsidR="00EA7255" w:rsidRPr="00BA4BB5" w:rsidRDefault="00F949DA" w:rsidP="00BA4BB5">
      <w:pPr>
        <w:spacing w:line="360" w:lineRule="auto"/>
        <w:jc w:val="both"/>
        <w:rPr>
          <w:sz w:val="24"/>
          <w:szCs w:val="24"/>
        </w:rPr>
      </w:pPr>
      <w:r w:rsidRPr="00BA4BB5">
        <w:rPr>
          <w:sz w:val="24"/>
          <w:szCs w:val="24"/>
        </w:rPr>
        <w:t xml:space="preserve">Eu, ____________________________________________, CPF nº ____________________________, </w:t>
      </w:r>
      <w:proofErr w:type="spellStart"/>
      <w:r w:rsidRPr="00BA4BB5">
        <w:rPr>
          <w:sz w:val="24"/>
          <w:szCs w:val="24"/>
        </w:rPr>
        <w:t>declaro</w:t>
      </w:r>
      <w:proofErr w:type="spellEnd"/>
      <w:r w:rsidRPr="00BA4BB5">
        <w:rPr>
          <w:sz w:val="24"/>
          <w:szCs w:val="24"/>
        </w:rPr>
        <w:t xml:space="preserve"> que li </w:t>
      </w:r>
      <w:proofErr w:type="spellStart"/>
      <w:r w:rsidRPr="00BA4BB5">
        <w:rPr>
          <w:sz w:val="24"/>
          <w:szCs w:val="24"/>
        </w:rPr>
        <w:t>integralmente</w:t>
      </w:r>
      <w:proofErr w:type="spellEnd"/>
      <w:r w:rsidRPr="00BA4BB5">
        <w:rPr>
          <w:sz w:val="24"/>
          <w:szCs w:val="24"/>
        </w:rPr>
        <w:t>,</w:t>
      </w:r>
      <w:r w:rsidR="00BA4BB5" w:rsidRPr="00BA4BB5">
        <w:rPr>
          <w:sz w:val="24"/>
          <w:szCs w:val="24"/>
        </w:rPr>
        <w:t xml:space="preserve"> </w:t>
      </w:r>
      <w:proofErr w:type="spellStart"/>
      <w:r w:rsidRPr="00BA4BB5">
        <w:rPr>
          <w:sz w:val="24"/>
          <w:szCs w:val="24"/>
        </w:rPr>
        <w:t>compreendi</w:t>
      </w:r>
      <w:proofErr w:type="spellEnd"/>
      <w:r w:rsidRPr="00BA4BB5">
        <w:rPr>
          <w:sz w:val="24"/>
          <w:szCs w:val="24"/>
        </w:rPr>
        <w:t xml:space="preserve"> e concordo com todas as normas, condições e critérios estabelecidos no Edital nº 003/2026/FCI – </w:t>
      </w:r>
      <w:proofErr w:type="spellStart"/>
      <w:r w:rsidRPr="00BA4BB5">
        <w:rPr>
          <w:sz w:val="24"/>
          <w:szCs w:val="24"/>
        </w:rPr>
        <w:t>Concurso</w:t>
      </w:r>
      <w:proofErr w:type="spellEnd"/>
      <w:r w:rsidRPr="00BA4BB5">
        <w:rPr>
          <w:sz w:val="24"/>
          <w:szCs w:val="24"/>
        </w:rPr>
        <w:t xml:space="preserve"> Cultural</w:t>
      </w:r>
      <w:r w:rsidR="00BA4BB5" w:rsidRPr="00BA4BB5">
        <w:rPr>
          <w:sz w:val="24"/>
          <w:szCs w:val="24"/>
        </w:rPr>
        <w:t xml:space="preserve"> </w:t>
      </w:r>
      <w:r w:rsidRPr="00BA4BB5">
        <w:rPr>
          <w:sz w:val="24"/>
          <w:szCs w:val="24"/>
        </w:rPr>
        <w:t xml:space="preserve">com </w:t>
      </w:r>
      <w:proofErr w:type="spellStart"/>
      <w:r w:rsidRPr="00BA4BB5">
        <w:rPr>
          <w:sz w:val="24"/>
          <w:szCs w:val="24"/>
        </w:rPr>
        <w:t>Premiação</w:t>
      </w:r>
      <w:proofErr w:type="spellEnd"/>
      <w:r w:rsidRPr="00BA4BB5">
        <w:rPr>
          <w:sz w:val="24"/>
          <w:szCs w:val="24"/>
        </w:rPr>
        <w:t xml:space="preserve"> – </w:t>
      </w:r>
      <w:proofErr w:type="spellStart"/>
      <w:r w:rsidRPr="00BA4BB5">
        <w:rPr>
          <w:sz w:val="24"/>
          <w:szCs w:val="24"/>
        </w:rPr>
        <w:t>Realeza</w:t>
      </w:r>
      <w:proofErr w:type="spellEnd"/>
      <w:r w:rsidRPr="00BA4BB5">
        <w:rPr>
          <w:sz w:val="24"/>
          <w:szCs w:val="24"/>
        </w:rPr>
        <w:t xml:space="preserve"> do </w:t>
      </w:r>
      <w:proofErr w:type="spellStart"/>
      <w:r w:rsidRPr="00BA4BB5">
        <w:rPr>
          <w:sz w:val="24"/>
          <w:szCs w:val="24"/>
        </w:rPr>
        <w:t>Carnaval</w:t>
      </w:r>
      <w:proofErr w:type="spellEnd"/>
      <w:r w:rsidRPr="00BA4BB5">
        <w:rPr>
          <w:sz w:val="24"/>
          <w:szCs w:val="24"/>
        </w:rPr>
        <w:t xml:space="preserve"> </w:t>
      </w:r>
      <w:r w:rsidR="00BA4BB5">
        <w:rPr>
          <w:sz w:val="24"/>
          <w:szCs w:val="24"/>
        </w:rPr>
        <w:t>Papa-Siri 2026 de</w:t>
      </w:r>
      <w:r w:rsidRPr="00BA4BB5">
        <w:rPr>
          <w:sz w:val="24"/>
          <w:szCs w:val="24"/>
        </w:rPr>
        <w:t xml:space="preserve"> Itajaí .</w:t>
      </w:r>
    </w:p>
    <w:p w:rsidR="00EA7255" w:rsidRDefault="00EA7255"/>
    <w:p w:rsidR="00EA7255" w:rsidRPr="00BA4BB5" w:rsidRDefault="00F949DA" w:rsidP="00BA4BB5">
      <w:pPr>
        <w:spacing w:line="360" w:lineRule="auto"/>
        <w:jc w:val="both"/>
        <w:rPr>
          <w:sz w:val="24"/>
          <w:szCs w:val="24"/>
        </w:rPr>
      </w:pPr>
      <w:r w:rsidRPr="00BA4BB5">
        <w:rPr>
          <w:sz w:val="24"/>
          <w:szCs w:val="24"/>
        </w:rPr>
        <w:t xml:space="preserve">Declaro estar ciente de que a participação no concurso não gera vínculo trabalhista, previdenciário ou contratual com a </w:t>
      </w:r>
      <w:proofErr w:type="spellStart"/>
      <w:r w:rsidRPr="00BA4BB5">
        <w:rPr>
          <w:sz w:val="24"/>
          <w:szCs w:val="24"/>
        </w:rPr>
        <w:t>Administração</w:t>
      </w:r>
      <w:proofErr w:type="spellEnd"/>
      <w:r w:rsidRPr="00BA4BB5">
        <w:rPr>
          <w:sz w:val="24"/>
          <w:szCs w:val="24"/>
        </w:rPr>
        <w:t xml:space="preserve"> </w:t>
      </w:r>
      <w:proofErr w:type="spellStart"/>
      <w:r w:rsidRPr="00BA4BB5">
        <w:rPr>
          <w:sz w:val="24"/>
          <w:szCs w:val="24"/>
        </w:rPr>
        <w:t>Pública</w:t>
      </w:r>
      <w:proofErr w:type="spellEnd"/>
      <w:r w:rsidRPr="00BA4BB5">
        <w:rPr>
          <w:sz w:val="24"/>
          <w:szCs w:val="24"/>
        </w:rPr>
        <w:t>,</w:t>
      </w:r>
      <w:r w:rsidR="00BA4BB5" w:rsidRPr="00BA4BB5">
        <w:rPr>
          <w:sz w:val="24"/>
          <w:szCs w:val="24"/>
        </w:rPr>
        <w:t xml:space="preserve"> </w:t>
      </w:r>
      <w:r w:rsidRPr="00BA4BB5">
        <w:rPr>
          <w:sz w:val="24"/>
          <w:szCs w:val="24"/>
        </w:rPr>
        <w:t xml:space="preserve">e que a </w:t>
      </w:r>
      <w:proofErr w:type="spellStart"/>
      <w:r w:rsidRPr="00BA4BB5">
        <w:rPr>
          <w:sz w:val="24"/>
          <w:szCs w:val="24"/>
        </w:rPr>
        <w:t>premiação</w:t>
      </w:r>
      <w:proofErr w:type="spellEnd"/>
      <w:r w:rsidRPr="00BA4BB5">
        <w:rPr>
          <w:sz w:val="24"/>
          <w:szCs w:val="24"/>
        </w:rPr>
        <w:t xml:space="preserve"> possui natureza exclusivamente cultural, sujeita às retenções legais cabíveis.</w:t>
      </w:r>
    </w:p>
    <w:p w:rsidR="00EA7255" w:rsidRDefault="00EA7255"/>
    <w:p w:rsidR="00EA7255" w:rsidRPr="00BA4BB5" w:rsidRDefault="00F949DA">
      <w:pPr>
        <w:rPr>
          <w:sz w:val="24"/>
          <w:szCs w:val="24"/>
        </w:rPr>
      </w:pPr>
      <w:r w:rsidRPr="00BA4BB5">
        <w:rPr>
          <w:sz w:val="24"/>
          <w:szCs w:val="24"/>
        </w:rPr>
        <w:t>Itajaí (SC), ____ de ____________________ de 2026.</w:t>
      </w:r>
    </w:p>
    <w:p w:rsidR="00EA7255" w:rsidRPr="00BA4BB5" w:rsidRDefault="00EA7255">
      <w:pPr>
        <w:rPr>
          <w:sz w:val="24"/>
          <w:szCs w:val="24"/>
        </w:rPr>
      </w:pPr>
    </w:p>
    <w:p w:rsidR="00EA7255" w:rsidRPr="00BA4BB5" w:rsidRDefault="00F949DA" w:rsidP="00BA4BB5">
      <w:pPr>
        <w:jc w:val="center"/>
        <w:rPr>
          <w:sz w:val="24"/>
          <w:szCs w:val="24"/>
        </w:rPr>
      </w:pPr>
      <w:r w:rsidRPr="00BA4BB5">
        <w:rPr>
          <w:sz w:val="24"/>
          <w:szCs w:val="24"/>
        </w:rPr>
        <w:t>____________________________________________</w:t>
      </w:r>
    </w:p>
    <w:p w:rsidR="00EA7255" w:rsidRPr="00BA4BB5" w:rsidRDefault="00F949DA" w:rsidP="00BA4BB5">
      <w:pPr>
        <w:jc w:val="center"/>
        <w:rPr>
          <w:sz w:val="24"/>
          <w:szCs w:val="24"/>
        </w:rPr>
      </w:pPr>
      <w:r w:rsidRPr="00BA4BB5">
        <w:rPr>
          <w:sz w:val="24"/>
          <w:szCs w:val="24"/>
        </w:rPr>
        <w:t xml:space="preserve">Assinatura </w:t>
      </w:r>
      <w:proofErr w:type="gramStart"/>
      <w:r w:rsidRPr="00BA4BB5">
        <w:rPr>
          <w:sz w:val="24"/>
          <w:szCs w:val="24"/>
        </w:rPr>
        <w:t>do(</w:t>
      </w:r>
      <w:proofErr w:type="gramEnd"/>
      <w:r w:rsidRPr="00BA4BB5">
        <w:rPr>
          <w:sz w:val="24"/>
          <w:szCs w:val="24"/>
        </w:rPr>
        <w:t>a) participante</w:t>
      </w:r>
    </w:p>
    <w:p w:rsidR="00EA7255" w:rsidRDefault="00EA7255">
      <w:pPr>
        <w:rPr>
          <w:sz w:val="24"/>
          <w:szCs w:val="24"/>
        </w:rPr>
      </w:pPr>
    </w:p>
    <w:p w:rsidR="00BA4BB5" w:rsidRPr="00BA4BB5" w:rsidRDefault="00BA4BB5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BA61CA9" wp14:editId="7EA648D2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1917700" cy="1917700"/>
            <wp:effectExtent l="0" t="0" r="6350" b="6350"/>
            <wp:wrapThrough wrapText="bothSides">
              <wp:wrapPolygon edited="0">
                <wp:start x="858" y="0"/>
                <wp:lineTo x="0" y="429"/>
                <wp:lineTo x="0" y="20813"/>
                <wp:lineTo x="644" y="21457"/>
                <wp:lineTo x="858" y="21457"/>
                <wp:lineTo x="20599" y="21457"/>
                <wp:lineTo x="20813" y="21457"/>
                <wp:lineTo x="21457" y="20813"/>
                <wp:lineTo x="21457" y="429"/>
                <wp:lineTo x="20599" y="0"/>
                <wp:lineTo x="858" y="0"/>
              </wp:wrapPolygon>
            </wp:wrapThrough>
            <wp:docPr id="1" name="Imagem 1" descr="C:\Users\Usuário\Downloads\LOGO OFICIAL CARNAVAL PAPA-SIRI 2026 alta resolu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wnloads\LOGO OFICIAL CARNAVAL PAPA-SIRI 2026 alta resoluçã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BB5" w:rsidRPr="00BA4BB5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420" w:rsidRDefault="002B2420" w:rsidP="00BA4BB5">
      <w:pPr>
        <w:spacing w:after="0" w:line="240" w:lineRule="auto"/>
      </w:pPr>
      <w:r>
        <w:separator/>
      </w:r>
    </w:p>
  </w:endnote>
  <w:endnote w:type="continuationSeparator" w:id="0">
    <w:p w:rsidR="002B2420" w:rsidRDefault="002B2420" w:rsidP="00BA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420" w:rsidRDefault="002B2420" w:rsidP="00BA4BB5">
      <w:pPr>
        <w:spacing w:after="0" w:line="240" w:lineRule="auto"/>
      </w:pPr>
      <w:r>
        <w:separator/>
      </w:r>
    </w:p>
  </w:footnote>
  <w:footnote w:type="continuationSeparator" w:id="0">
    <w:p w:rsidR="002B2420" w:rsidRDefault="002B2420" w:rsidP="00BA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BB5" w:rsidRDefault="00BA4BB5">
    <w:pPr>
      <w:pStyle w:val="Cabealho"/>
    </w:pPr>
    <w:r w:rsidRPr="00CD2745">
      <w:rPr>
        <w:rFonts w:ascii="Arial" w:hAnsi="Arial" w:cs="Arial"/>
        <w:b/>
        <w:noProof/>
        <w:sz w:val="24"/>
        <w:szCs w:val="24"/>
        <w:lang w:val="pt-BR" w:eastAsia="pt-BR"/>
      </w:rPr>
      <w:drawing>
        <wp:anchor distT="0" distB="0" distL="0" distR="0" simplePos="0" relativeHeight="251659264" behindDoc="1" locked="0" layoutInCell="1" allowOverlap="1" wp14:anchorId="2F4DBF53" wp14:editId="54B1A6EC">
          <wp:simplePos x="0" y="0"/>
          <wp:positionH relativeFrom="margin">
            <wp:posOffset>1917700</wp:posOffset>
          </wp:positionH>
          <wp:positionV relativeFrom="paragraph">
            <wp:posOffset>-24192</wp:posOffset>
          </wp:positionV>
          <wp:extent cx="1323975" cy="628650"/>
          <wp:effectExtent l="0" t="0" r="9525" b="0"/>
          <wp:wrapTopAndBottom/>
          <wp:docPr id="11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397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2B2420"/>
    <w:rsid w:val="00326F90"/>
    <w:rsid w:val="00AA1D8D"/>
    <w:rsid w:val="00B47730"/>
    <w:rsid w:val="00BA4BB5"/>
    <w:rsid w:val="00CB0664"/>
    <w:rsid w:val="00EA7255"/>
    <w:rsid w:val="00F949D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A13C56"/>
  <w14:defaultImageDpi w14:val="300"/>
  <w15:docId w15:val="{AF73BE32-AA55-4DB2-B6F8-E2C98FEA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34B6E4-BB6A-4661-B3DB-2AFFC270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Usuário</cp:lastModifiedBy>
  <cp:revision>3</cp:revision>
  <dcterms:created xsi:type="dcterms:W3CDTF">2026-01-09T16:36:00Z</dcterms:created>
  <dcterms:modified xsi:type="dcterms:W3CDTF">2026-01-10T13:04:00Z</dcterms:modified>
  <cp:category/>
</cp:coreProperties>
</file>